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0D4E3B" w14:textId="77777777" w:rsidR="00DE553A" w:rsidRPr="00FF47AE" w:rsidRDefault="004F53A2">
      <w:pPr>
        <w:rPr>
          <w:sz w:val="24"/>
          <w:szCs w:val="24"/>
          <w:lang w:val="nb-NO"/>
        </w:rPr>
      </w:pPr>
      <w:r w:rsidRPr="00FF47AE">
        <w:rPr>
          <w:b/>
          <w:sz w:val="24"/>
          <w:szCs w:val="24"/>
          <w:lang w:val="nb-NO"/>
        </w:rPr>
        <w:t>Spørreskjema om korttidsutleie i borettslag og eierseksjonssameier</w:t>
      </w:r>
    </w:p>
    <w:p w14:paraId="4424C227" w14:textId="3D598853" w:rsidR="00DE553A" w:rsidRPr="00FF47AE" w:rsidRDefault="004F53A2">
      <w:pPr>
        <w:rPr>
          <w:lang w:val="nb-NO"/>
        </w:rPr>
      </w:pPr>
      <w:r w:rsidRPr="00FF47AE">
        <w:rPr>
          <w:lang w:val="nb-NO"/>
        </w:rPr>
        <w:t xml:space="preserve">Formålet med denne undersøkelsen er å innhente erfaringer fra forretningsførere om omfanget av og </w:t>
      </w:r>
      <w:r w:rsidR="00FF47AE">
        <w:rPr>
          <w:lang w:val="nb-NO"/>
        </w:rPr>
        <w:t xml:space="preserve">eventuelle </w:t>
      </w:r>
      <w:r w:rsidRPr="00FF47AE">
        <w:rPr>
          <w:lang w:val="nb-NO"/>
        </w:rPr>
        <w:t>utfordringer knyttet til korttidsutleie i borettslag og eierseksjonssameier.</w:t>
      </w:r>
    </w:p>
    <w:p w14:paraId="69DCD4C1" w14:textId="3A275BC7" w:rsidR="0001313A" w:rsidRPr="00FF47AE" w:rsidRDefault="004F53A2" w:rsidP="00C73014">
      <w:pPr>
        <w:pStyle w:val="Overskrift1"/>
        <w:spacing w:line="360" w:lineRule="auto"/>
        <w:rPr>
          <w:lang w:val="nb-NO"/>
        </w:rPr>
      </w:pPr>
      <w:r w:rsidRPr="00FF47AE">
        <w:rPr>
          <w:lang w:val="nb-NO"/>
        </w:rPr>
        <w:t>Del 1: Opplysninger om respondent</w:t>
      </w:r>
    </w:p>
    <w:p w14:paraId="4B76FEB5" w14:textId="5C90ACA1" w:rsidR="00DE553A" w:rsidRPr="00FF47AE" w:rsidRDefault="004F53A2" w:rsidP="00C73014">
      <w:pPr>
        <w:spacing w:line="360" w:lineRule="auto"/>
        <w:rPr>
          <w:lang w:val="nb-NO"/>
        </w:rPr>
      </w:pPr>
      <w:r w:rsidRPr="00FF47AE">
        <w:rPr>
          <w:lang w:val="nb-NO"/>
        </w:rPr>
        <w:t xml:space="preserve">Virksomhet (forretningsfører): </w:t>
      </w:r>
    </w:p>
    <w:p w14:paraId="2FA9A3EB" w14:textId="353B8C0F" w:rsidR="00DE553A" w:rsidRPr="00FF47AE" w:rsidRDefault="004F53A2">
      <w:pPr>
        <w:rPr>
          <w:lang w:val="nb-NO"/>
        </w:rPr>
      </w:pPr>
      <w:r w:rsidRPr="00FF47AE">
        <w:rPr>
          <w:lang w:val="nb-NO"/>
        </w:rPr>
        <w:t>Kontaktperson:</w:t>
      </w:r>
    </w:p>
    <w:p w14:paraId="71440702" w14:textId="4878E0AF" w:rsidR="00DE553A" w:rsidRPr="00FF47AE" w:rsidRDefault="004F53A2">
      <w:pPr>
        <w:rPr>
          <w:lang w:val="nb-NO"/>
        </w:rPr>
      </w:pPr>
      <w:r w:rsidRPr="00FF47AE">
        <w:rPr>
          <w:lang w:val="nb-NO"/>
        </w:rPr>
        <w:t>E-post:</w:t>
      </w:r>
    </w:p>
    <w:p w14:paraId="4F2A2ECF" w14:textId="60506D1E" w:rsidR="00DE553A" w:rsidRPr="00FF47AE" w:rsidRDefault="004F53A2">
      <w:pPr>
        <w:rPr>
          <w:lang w:val="nb-NO"/>
        </w:rPr>
      </w:pPr>
      <w:r w:rsidRPr="00FF47AE">
        <w:rPr>
          <w:lang w:val="nb-NO"/>
        </w:rPr>
        <w:t>Telefon:</w:t>
      </w:r>
    </w:p>
    <w:p w14:paraId="63B2A5C1" w14:textId="578DBC92" w:rsidR="00AC4062" w:rsidRPr="00FF47AE" w:rsidRDefault="00AC4062">
      <w:pPr>
        <w:rPr>
          <w:lang w:val="nb-NO"/>
        </w:rPr>
      </w:pPr>
      <w:r w:rsidRPr="00FF47AE">
        <w:rPr>
          <w:b/>
          <w:bCs/>
          <w:lang w:val="nb-NO"/>
        </w:rPr>
        <w:t>Antall borettslag/eierseksjonssameier dere forvalter: </w:t>
      </w:r>
    </w:p>
    <w:p w14:paraId="000F40FB" w14:textId="13E0D13B" w:rsidR="0001313A" w:rsidRPr="00FF47AE" w:rsidRDefault="004F53A2">
      <w:pPr>
        <w:rPr>
          <w:lang w:val="nb-NO"/>
        </w:rPr>
      </w:pPr>
      <w:r w:rsidRPr="00FF47AE">
        <w:rPr>
          <w:lang w:val="nb-NO"/>
        </w:rPr>
        <w:t>Borettslag</w:t>
      </w:r>
      <w:r w:rsidR="008B31A5" w:rsidRPr="00FF47AE">
        <w:rPr>
          <w:lang w:val="nb-NO"/>
        </w:rPr>
        <w:t>/boligaksjeselskap</w:t>
      </w:r>
      <w:r w:rsidRPr="00FF47AE">
        <w:rPr>
          <w:lang w:val="nb-NO"/>
        </w:rPr>
        <w:t>:</w:t>
      </w:r>
      <w:r w:rsidR="00FF47AE">
        <w:rPr>
          <w:lang w:val="nb-NO"/>
        </w:rPr>
        <w:t xml:space="preserve"> ___________</w:t>
      </w:r>
      <w:r w:rsidR="008B31A5" w:rsidRPr="00FF47AE">
        <w:rPr>
          <w:lang w:val="nb-NO"/>
        </w:rPr>
        <w:t xml:space="preserve">         </w:t>
      </w:r>
      <w:r w:rsidR="00AC4062" w:rsidRPr="00FF47AE">
        <w:rPr>
          <w:lang w:val="nb-NO"/>
        </w:rPr>
        <w:tab/>
      </w:r>
      <w:r w:rsidRPr="00FF47AE">
        <w:rPr>
          <w:lang w:val="nb-NO"/>
        </w:rPr>
        <w:t xml:space="preserve">  Eierseksjonssameier: </w:t>
      </w:r>
      <w:r w:rsidR="00FF47AE">
        <w:rPr>
          <w:lang w:val="nb-NO"/>
        </w:rPr>
        <w:t>___________</w:t>
      </w:r>
    </w:p>
    <w:p w14:paraId="221A49DA" w14:textId="77777777" w:rsidR="00DE553A" w:rsidRPr="00FF47AE" w:rsidRDefault="004F53A2">
      <w:pPr>
        <w:pStyle w:val="Overskrift1"/>
        <w:rPr>
          <w:lang w:val="nb-NO"/>
        </w:rPr>
      </w:pPr>
      <w:r w:rsidRPr="00FF47AE">
        <w:rPr>
          <w:lang w:val="nb-NO"/>
        </w:rPr>
        <w:t>Del 2: Erfaringer med korttidsutleie</w:t>
      </w:r>
    </w:p>
    <w:p w14:paraId="523467D4" w14:textId="26DE744B" w:rsidR="00DE553A" w:rsidRPr="00FF47AE" w:rsidRDefault="004F53A2">
      <w:pPr>
        <w:rPr>
          <w:lang w:val="nb-NO"/>
        </w:rPr>
      </w:pPr>
      <w:r w:rsidRPr="00FF47AE">
        <w:rPr>
          <w:b/>
          <w:lang w:val="nb-NO"/>
        </w:rPr>
        <w:t xml:space="preserve">1. Hvilket inntrykk har dere av hvordan styrene i boligselskapene dere forvalter opplever korttidsutleie? </w:t>
      </w:r>
      <w:r w:rsidR="00FF47AE">
        <w:rPr>
          <w:b/>
          <w:lang w:val="nb-NO"/>
        </w:rPr>
        <w:t xml:space="preserve">Er korttidsutleie en utfordring? </w:t>
      </w:r>
      <w:r w:rsidRPr="00FF47AE">
        <w:rPr>
          <w:b/>
          <w:lang w:val="nb-NO"/>
        </w:rPr>
        <w:t>Er det eventuel</w:t>
      </w:r>
      <w:r w:rsidR="00FF47AE">
        <w:rPr>
          <w:b/>
          <w:lang w:val="nb-NO"/>
        </w:rPr>
        <w:t>t</w:t>
      </w:r>
      <w:r w:rsidRPr="00FF47AE">
        <w:rPr>
          <w:b/>
          <w:lang w:val="nb-NO"/>
        </w:rPr>
        <w:t xml:space="preserve"> forskjeller mellom borettslag og eierseksjonssameier?</w:t>
      </w:r>
    </w:p>
    <w:p w14:paraId="0D0C2AD8" w14:textId="3A3241C2" w:rsidR="008B31A5" w:rsidRPr="00FF47AE" w:rsidRDefault="52EA6928">
      <w:pPr>
        <w:rPr>
          <w:lang w:val="nb-NO"/>
        </w:rPr>
      </w:pPr>
      <w:r w:rsidRPr="00FF47AE">
        <w:rPr>
          <w:lang w:val="nb-NO"/>
        </w:rPr>
        <w:t xml:space="preserve">Kommentar: </w:t>
      </w:r>
    </w:p>
    <w:p w14:paraId="7E716736" w14:textId="77777777" w:rsidR="008B31A5" w:rsidRPr="00FF47AE" w:rsidRDefault="008B31A5">
      <w:pPr>
        <w:rPr>
          <w:lang w:val="nb-NO"/>
        </w:rPr>
      </w:pPr>
    </w:p>
    <w:p w14:paraId="6E14EFDC" w14:textId="77777777" w:rsidR="008B31A5" w:rsidRPr="00FF47AE" w:rsidRDefault="008B31A5">
      <w:pPr>
        <w:rPr>
          <w:lang w:val="nb-NO"/>
        </w:rPr>
      </w:pPr>
    </w:p>
    <w:p w14:paraId="52529B5C" w14:textId="177D25D5" w:rsidR="00DE553A" w:rsidRPr="00FF47AE" w:rsidRDefault="004F53A2">
      <w:pPr>
        <w:rPr>
          <w:lang w:val="nb-NO"/>
        </w:rPr>
      </w:pPr>
      <w:r w:rsidRPr="00FF47AE">
        <w:rPr>
          <w:b/>
          <w:lang w:val="nb-NO"/>
        </w:rPr>
        <w:t>2. Dersom korttidsutleie oppleves som en utfordring, hva består utfordringene i</w:t>
      </w:r>
      <w:r w:rsidR="004C039A">
        <w:rPr>
          <w:b/>
          <w:lang w:val="nb-NO"/>
        </w:rPr>
        <w:t xml:space="preserve"> (flere kryss er mulig)</w:t>
      </w:r>
      <w:r w:rsidRPr="00FF47AE">
        <w:rPr>
          <w:b/>
          <w:lang w:val="nb-NO"/>
        </w:rPr>
        <w:t>?</w:t>
      </w:r>
    </w:p>
    <w:p w14:paraId="5C0B9151" w14:textId="2D858666" w:rsidR="00DE553A" w:rsidRPr="00FF47AE" w:rsidRDefault="009E6BA7">
      <w:pPr>
        <w:rPr>
          <w:lang w:val="nb-NO"/>
        </w:rPr>
      </w:pPr>
      <w:sdt>
        <w:sdtPr>
          <w:rPr>
            <w:lang w:val="nb-NO"/>
          </w:rPr>
          <w:id w:val="-11226040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C4062" w:rsidRPr="00FF47AE">
            <w:rPr>
              <w:rFonts w:ascii="MS Gothic" w:eastAsia="MS Gothic" w:hAnsi="MS Gothic" w:hint="eastAsia"/>
              <w:lang w:val="nb-NO"/>
            </w:rPr>
            <w:t>☐</w:t>
          </w:r>
        </w:sdtContent>
      </w:sdt>
      <w:r w:rsidR="00AC4062" w:rsidRPr="00FF47AE">
        <w:rPr>
          <w:lang w:val="nb-NO"/>
        </w:rPr>
        <w:t xml:space="preserve"> Støy og uro</w:t>
      </w:r>
      <w:r w:rsidR="00AC4062" w:rsidRPr="00FF47AE">
        <w:rPr>
          <w:lang w:val="nb-NO"/>
        </w:rPr>
        <w:br/>
      </w:r>
      <w:sdt>
        <w:sdtPr>
          <w:rPr>
            <w:lang w:val="nb-NO"/>
          </w:rPr>
          <w:id w:val="-17713163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C4062" w:rsidRPr="00FF47AE">
            <w:rPr>
              <w:rFonts w:ascii="MS Gothic" w:eastAsia="MS Gothic" w:hAnsi="MS Gothic" w:hint="eastAsia"/>
              <w:lang w:val="nb-NO"/>
            </w:rPr>
            <w:t>☐</w:t>
          </w:r>
        </w:sdtContent>
      </w:sdt>
      <w:r w:rsidR="00AC4062" w:rsidRPr="00FF47AE">
        <w:rPr>
          <w:lang w:val="nb-NO"/>
        </w:rPr>
        <w:t xml:space="preserve"> Økt slitasje på fellesarealer</w:t>
      </w:r>
      <w:r w:rsidR="00AC4062" w:rsidRPr="00FF47AE">
        <w:rPr>
          <w:lang w:val="nb-NO"/>
        </w:rPr>
        <w:br/>
      </w:r>
      <w:sdt>
        <w:sdtPr>
          <w:rPr>
            <w:lang w:val="nb-NO"/>
          </w:rPr>
          <w:id w:val="3980220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E7D97" w:rsidRPr="00FF47AE">
            <w:rPr>
              <w:rFonts w:ascii="MS Gothic" w:eastAsia="MS Gothic" w:hAnsi="MS Gothic" w:hint="eastAsia"/>
              <w:lang w:val="nb-NO"/>
            </w:rPr>
            <w:t>☐</w:t>
          </w:r>
        </w:sdtContent>
      </w:sdt>
      <w:r w:rsidR="00AC4062" w:rsidRPr="00FF47AE">
        <w:rPr>
          <w:lang w:val="nb-NO"/>
        </w:rPr>
        <w:t xml:space="preserve"> Utrygghet blant beboere</w:t>
      </w:r>
      <w:r w:rsidR="00AC4062" w:rsidRPr="00FF47AE">
        <w:rPr>
          <w:lang w:val="nb-NO"/>
        </w:rPr>
        <w:br/>
      </w:r>
      <w:sdt>
        <w:sdtPr>
          <w:rPr>
            <w:lang w:val="nb-NO"/>
          </w:rPr>
          <w:id w:val="18748784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E7D97" w:rsidRPr="00FF47AE">
            <w:rPr>
              <w:rFonts w:ascii="MS Gothic" w:eastAsia="MS Gothic" w:hAnsi="MS Gothic" w:hint="eastAsia"/>
              <w:lang w:val="nb-NO"/>
            </w:rPr>
            <w:t>☐</w:t>
          </w:r>
        </w:sdtContent>
      </w:sdt>
      <w:r w:rsidR="00AC4062" w:rsidRPr="00FF47AE">
        <w:rPr>
          <w:lang w:val="nb-NO"/>
        </w:rPr>
        <w:t xml:space="preserve"> Manglende oversikt over hvem som oppholder seg i bygget</w:t>
      </w:r>
      <w:r w:rsidR="00AC4062" w:rsidRPr="00FF47AE">
        <w:rPr>
          <w:lang w:val="nb-NO"/>
        </w:rPr>
        <w:br/>
      </w:r>
      <w:sdt>
        <w:sdtPr>
          <w:rPr>
            <w:lang w:val="nb-NO"/>
          </w:rPr>
          <w:id w:val="-2528978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E7D97" w:rsidRPr="00FF47AE">
            <w:rPr>
              <w:rFonts w:ascii="MS Gothic" w:eastAsia="MS Gothic" w:hAnsi="MS Gothic" w:hint="eastAsia"/>
              <w:lang w:val="nb-NO"/>
            </w:rPr>
            <w:t>☐</w:t>
          </w:r>
        </w:sdtContent>
      </w:sdt>
      <w:r w:rsidR="00AC4062" w:rsidRPr="00FF47AE">
        <w:rPr>
          <w:lang w:val="nb-NO"/>
        </w:rPr>
        <w:t xml:space="preserve"> Konflikter mellom beboere</w:t>
      </w:r>
      <w:r w:rsidR="00AC4062" w:rsidRPr="00FF47AE">
        <w:rPr>
          <w:lang w:val="nb-NO"/>
        </w:rPr>
        <w:br/>
      </w:r>
      <w:sdt>
        <w:sdtPr>
          <w:rPr>
            <w:lang w:val="nb-NO"/>
          </w:rPr>
          <w:id w:val="-18850180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E7D97" w:rsidRPr="00FF47AE">
            <w:rPr>
              <w:rFonts w:ascii="MS Gothic" w:eastAsia="MS Gothic" w:hAnsi="MS Gothic" w:hint="eastAsia"/>
              <w:lang w:val="nb-NO"/>
            </w:rPr>
            <w:t>☐</w:t>
          </w:r>
        </w:sdtContent>
      </w:sdt>
      <w:r w:rsidR="00AC4062" w:rsidRPr="00FF47AE">
        <w:rPr>
          <w:lang w:val="nb-NO"/>
        </w:rPr>
        <w:t xml:space="preserve"> Brudd på reglene om korttidsutleie</w:t>
      </w:r>
      <w:r w:rsidR="00AC4062" w:rsidRPr="00FF47AE">
        <w:rPr>
          <w:lang w:val="nb-NO"/>
        </w:rPr>
        <w:br/>
      </w:r>
      <w:sdt>
        <w:sdtPr>
          <w:rPr>
            <w:lang w:val="nb-NO"/>
          </w:rPr>
          <w:id w:val="-832376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E7D97" w:rsidRPr="00FF47AE">
            <w:rPr>
              <w:rFonts w:ascii="MS Gothic" w:eastAsia="MS Gothic" w:hAnsi="MS Gothic" w:hint="eastAsia"/>
              <w:lang w:val="nb-NO"/>
            </w:rPr>
            <w:t>☐</w:t>
          </w:r>
        </w:sdtContent>
      </w:sdt>
      <w:r w:rsidR="00AC4062" w:rsidRPr="00FF47AE">
        <w:rPr>
          <w:lang w:val="nb-NO"/>
        </w:rPr>
        <w:t xml:space="preserve"> Annet: </w:t>
      </w:r>
    </w:p>
    <w:p w14:paraId="1ED3C6F9" w14:textId="7681C8A6" w:rsidR="00DE553A" w:rsidRPr="00FF47AE" w:rsidRDefault="004F53A2">
      <w:pPr>
        <w:rPr>
          <w:lang w:val="nb-NO"/>
        </w:rPr>
      </w:pPr>
      <w:r w:rsidRPr="00FF47AE">
        <w:rPr>
          <w:lang w:val="nb-NO"/>
        </w:rPr>
        <w:t xml:space="preserve">Kommentar: </w:t>
      </w:r>
    </w:p>
    <w:p w14:paraId="2A9421B4" w14:textId="77777777" w:rsidR="008B31A5" w:rsidRPr="00FF47AE" w:rsidRDefault="008B31A5">
      <w:pPr>
        <w:rPr>
          <w:lang w:val="nb-NO"/>
        </w:rPr>
      </w:pPr>
    </w:p>
    <w:p w14:paraId="496251F0" w14:textId="77777777" w:rsidR="008B31A5" w:rsidRPr="00FF47AE" w:rsidRDefault="008B31A5">
      <w:pPr>
        <w:rPr>
          <w:lang w:val="nb-NO"/>
        </w:rPr>
      </w:pPr>
    </w:p>
    <w:p w14:paraId="6AF60FF5" w14:textId="2E2C306D" w:rsidR="00DE553A" w:rsidRPr="00FF47AE" w:rsidRDefault="004F53A2">
      <w:pPr>
        <w:rPr>
          <w:lang w:val="nb-NO"/>
        </w:rPr>
      </w:pPr>
      <w:r w:rsidRPr="00FF47AE">
        <w:rPr>
          <w:b/>
          <w:lang w:val="nb-NO"/>
        </w:rPr>
        <w:t>3. Har styrene oversikt over omfanget av korttidsutleie i boligselskapene?</w:t>
      </w:r>
    </w:p>
    <w:p w14:paraId="1B171202" w14:textId="5B953DD2" w:rsidR="00DE553A" w:rsidRPr="00FF47AE" w:rsidRDefault="004F53A2">
      <w:pPr>
        <w:rPr>
          <w:lang w:val="nb-NO"/>
        </w:rPr>
      </w:pPr>
      <w:r w:rsidRPr="00FF47AE">
        <w:rPr>
          <w:lang w:val="nb-NO"/>
        </w:rPr>
        <w:t xml:space="preserve">Kommentar: </w:t>
      </w:r>
    </w:p>
    <w:p w14:paraId="1D601524" w14:textId="77777777" w:rsidR="008B31A5" w:rsidRPr="00FF47AE" w:rsidRDefault="008B31A5">
      <w:pPr>
        <w:rPr>
          <w:lang w:val="nb-NO"/>
        </w:rPr>
      </w:pPr>
    </w:p>
    <w:p w14:paraId="4F2740DD" w14:textId="77777777" w:rsidR="008B31A5" w:rsidRPr="00FF47AE" w:rsidRDefault="008B31A5">
      <w:pPr>
        <w:rPr>
          <w:lang w:val="nb-NO"/>
        </w:rPr>
      </w:pPr>
    </w:p>
    <w:p w14:paraId="2F46C28C" w14:textId="77777777" w:rsidR="008B31A5" w:rsidRPr="00FF47AE" w:rsidRDefault="008B31A5">
      <w:pPr>
        <w:rPr>
          <w:lang w:val="nb-NO"/>
        </w:rPr>
      </w:pPr>
    </w:p>
    <w:p w14:paraId="52F47728" w14:textId="3A498A42" w:rsidR="00DE553A" w:rsidRPr="00FF47AE" w:rsidRDefault="004F53A2">
      <w:pPr>
        <w:rPr>
          <w:lang w:val="nb-NO"/>
        </w:rPr>
      </w:pPr>
      <w:r w:rsidRPr="00FF47AE">
        <w:rPr>
          <w:b/>
          <w:lang w:val="nb-NO"/>
        </w:rPr>
        <w:t>4. Hvordan skaffer styrene seg oversikt over korttidsutleie</w:t>
      </w:r>
      <w:r w:rsidR="004C039A">
        <w:rPr>
          <w:b/>
          <w:lang w:val="nb-NO"/>
        </w:rPr>
        <w:t xml:space="preserve"> (flere kryss er mulig)</w:t>
      </w:r>
      <w:r w:rsidRPr="00FF47AE">
        <w:rPr>
          <w:b/>
          <w:lang w:val="nb-NO"/>
        </w:rPr>
        <w:t>?</w:t>
      </w:r>
    </w:p>
    <w:p w14:paraId="221C325A" w14:textId="07718506" w:rsidR="00DE553A" w:rsidRPr="00FF47AE" w:rsidRDefault="009E6BA7">
      <w:pPr>
        <w:rPr>
          <w:lang w:val="nb-NO"/>
        </w:rPr>
      </w:pPr>
      <w:sdt>
        <w:sdtPr>
          <w:rPr>
            <w:lang w:val="nb-NO"/>
          </w:rPr>
          <w:id w:val="-10846888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E7D97" w:rsidRPr="00FF47AE">
            <w:rPr>
              <w:rFonts w:ascii="MS Gothic" w:eastAsia="MS Gothic" w:hAnsi="MS Gothic" w:hint="eastAsia"/>
              <w:lang w:val="nb-NO"/>
            </w:rPr>
            <w:t>☐</w:t>
          </w:r>
        </w:sdtContent>
      </w:sdt>
      <w:r w:rsidR="004E7D97" w:rsidRPr="00FF47AE">
        <w:rPr>
          <w:lang w:val="nb-NO"/>
        </w:rPr>
        <w:t xml:space="preserve"> Styret har liten eller ingen oversikt</w:t>
      </w:r>
      <w:r w:rsidR="004E7D97" w:rsidRPr="00FF47AE">
        <w:rPr>
          <w:lang w:val="nb-NO"/>
        </w:rPr>
        <w:br/>
      </w:r>
      <w:sdt>
        <w:sdtPr>
          <w:rPr>
            <w:lang w:val="nb-NO"/>
          </w:rPr>
          <w:id w:val="-7860431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E7D97" w:rsidRPr="00FF47AE">
            <w:rPr>
              <w:rFonts w:ascii="MS Gothic" w:eastAsia="MS Gothic" w:hAnsi="MS Gothic" w:hint="eastAsia"/>
              <w:lang w:val="nb-NO"/>
            </w:rPr>
            <w:t>☐</w:t>
          </w:r>
        </w:sdtContent>
      </w:sdt>
      <w:r w:rsidR="004E7D97" w:rsidRPr="00FF47AE">
        <w:rPr>
          <w:lang w:val="nb-NO"/>
        </w:rPr>
        <w:t xml:space="preserve"> Meldinger fra beboere</w:t>
      </w:r>
      <w:r w:rsidR="004E7D97" w:rsidRPr="00FF47AE">
        <w:rPr>
          <w:lang w:val="nb-NO"/>
        </w:rPr>
        <w:br/>
      </w:r>
      <w:sdt>
        <w:sdtPr>
          <w:rPr>
            <w:lang w:val="nb-NO"/>
          </w:rPr>
          <w:id w:val="5339328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E7D97" w:rsidRPr="00FF47AE">
            <w:rPr>
              <w:rFonts w:ascii="MS Gothic" w:eastAsia="MS Gothic" w:hAnsi="MS Gothic" w:hint="eastAsia"/>
              <w:lang w:val="nb-NO"/>
            </w:rPr>
            <w:t>☐</w:t>
          </w:r>
        </w:sdtContent>
      </w:sdt>
      <w:r w:rsidR="004E7D97" w:rsidRPr="00FF47AE">
        <w:rPr>
          <w:lang w:val="nb-NO"/>
        </w:rPr>
        <w:t xml:space="preserve"> Rapportering fra eiere</w:t>
      </w:r>
      <w:r w:rsidR="004E7D97" w:rsidRPr="00FF47AE">
        <w:rPr>
          <w:lang w:val="nb-NO"/>
        </w:rPr>
        <w:br/>
      </w:r>
      <w:sdt>
        <w:sdtPr>
          <w:rPr>
            <w:lang w:val="nb-NO"/>
          </w:rPr>
          <w:id w:val="-13254328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E7D97" w:rsidRPr="00FF47AE">
            <w:rPr>
              <w:rFonts w:ascii="MS Gothic" w:eastAsia="MS Gothic" w:hAnsi="MS Gothic" w:hint="eastAsia"/>
              <w:lang w:val="nb-NO"/>
            </w:rPr>
            <w:t>☐</w:t>
          </w:r>
        </w:sdtContent>
      </w:sdt>
      <w:r w:rsidR="004E7D97" w:rsidRPr="00FF47AE">
        <w:rPr>
          <w:lang w:val="nb-NO"/>
        </w:rPr>
        <w:t xml:space="preserve"> Gjennomgang av utleieplattformer</w:t>
      </w:r>
      <w:r w:rsidR="004E7D97" w:rsidRPr="00FF47AE">
        <w:rPr>
          <w:lang w:val="nb-NO"/>
        </w:rPr>
        <w:br/>
      </w:r>
      <w:sdt>
        <w:sdtPr>
          <w:rPr>
            <w:lang w:val="nb-NO"/>
          </w:rPr>
          <w:id w:val="-8538829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E7D97" w:rsidRPr="00FF47AE">
            <w:rPr>
              <w:rFonts w:ascii="MS Gothic" w:eastAsia="MS Gothic" w:hAnsi="MS Gothic" w:hint="eastAsia"/>
              <w:lang w:val="nb-NO"/>
            </w:rPr>
            <w:t>☐</w:t>
          </w:r>
        </w:sdtContent>
      </w:sdt>
      <w:r w:rsidR="004E7D97" w:rsidRPr="00FF47AE">
        <w:rPr>
          <w:lang w:val="nb-NO"/>
        </w:rPr>
        <w:t xml:space="preserve"> Registrering og oppfølging av mistanke om regelbrudd</w:t>
      </w:r>
      <w:r w:rsidR="004E7D97" w:rsidRPr="00FF47AE">
        <w:rPr>
          <w:lang w:val="nb-NO"/>
        </w:rPr>
        <w:br/>
      </w:r>
      <w:sdt>
        <w:sdtPr>
          <w:rPr>
            <w:lang w:val="nb-NO"/>
          </w:rPr>
          <w:id w:val="-10320295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E7D97" w:rsidRPr="00FF47AE">
            <w:rPr>
              <w:rFonts w:ascii="MS Gothic" w:eastAsia="MS Gothic" w:hAnsi="MS Gothic" w:hint="eastAsia"/>
              <w:lang w:val="nb-NO"/>
            </w:rPr>
            <w:t>☐</w:t>
          </w:r>
        </w:sdtContent>
      </w:sdt>
      <w:r w:rsidR="004E7D97" w:rsidRPr="00FF47AE">
        <w:rPr>
          <w:lang w:val="nb-NO"/>
        </w:rPr>
        <w:t xml:space="preserve"> Dialog med forretningsfører</w:t>
      </w:r>
      <w:r w:rsidR="004E7D97" w:rsidRPr="00FF47AE">
        <w:rPr>
          <w:lang w:val="nb-NO"/>
        </w:rPr>
        <w:br/>
      </w:r>
      <w:sdt>
        <w:sdtPr>
          <w:rPr>
            <w:lang w:val="nb-NO"/>
          </w:rPr>
          <w:id w:val="19188303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E7D97" w:rsidRPr="00FF47AE">
            <w:rPr>
              <w:rFonts w:ascii="MS Gothic" w:eastAsia="MS Gothic" w:hAnsi="MS Gothic" w:hint="eastAsia"/>
              <w:lang w:val="nb-NO"/>
            </w:rPr>
            <w:t>☐</w:t>
          </w:r>
        </w:sdtContent>
      </w:sdt>
      <w:r w:rsidR="004E7D97" w:rsidRPr="00FF47AE">
        <w:rPr>
          <w:lang w:val="nb-NO"/>
        </w:rPr>
        <w:t xml:space="preserve"> Annet: </w:t>
      </w:r>
    </w:p>
    <w:p w14:paraId="11B83186" w14:textId="2908E197" w:rsidR="00DE553A" w:rsidRPr="00FF47AE" w:rsidRDefault="004F53A2">
      <w:pPr>
        <w:rPr>
          <w:lang w:val="nb-NO"/>
        </w:rPr>
      </w:pPr>
      <w:r w:rsidRPr="00FF47AE">
        <w:rPr>
          <w:lang w:val="nb-NO"/>
        </w:rPr>
        <w:t>Kommentar:</w:t>
      </w:r>
    </w:p>
    <w:p w14:paraId="5F22C602" w14:textId="77777777" w:rsidR="008B31A5" w:rsidRPr="00FF47AE" w:rsidRDefault="008B31A5">
      <w:pPr>
        <w:rPr>
          <w:lang w:val="nb-NO"/>
        </w:rPr>
      </w:pPr>
    </w:p>
    <w:p w14:paraId="2ADF2D97" w14:textId="77777777" w:rsidR="008B31A5" w:rsidRPr="00FF47AE" w:rsidRDefault="008B31A5">
      <w:pPr>
        <w:rPr>
          <w:lang w:val="nb-NO"/>
        </w:rPr>
      </w:pPr>
    </w:p>
    <w:p w14:paraId="1250C1A1" w14:textId="77777777" w:rsidR="008B31A5" w:rsidRPr="00FF47AE" w:rsidRDefault="008B31A5">
      <w:pPr>
        <w:rPr>
          <w:lang w:val="nb-NO"/>
        </w:rPr>
      </w:pPr>
    </w:p>
    <w:p w14:paraId="3203FB8D" w14:textId="77777777" w:rsidR="00DE553A" w:rsidRPr="00FF47AE" w:rsidRDefault="004F53A2">
      <w:pPr>
        <w:rPr>
          <w:lang w:val="nb-NO"/>
        </w:rPr>
      </w:pPr>
      <w:r w:rsidRPr="00FF47AE">
        <w:rPr>
          <w:b/>
          <w:lang w:val="nb-NO"/>
        </w:rPr>
        <w:t>5. Hvilket inntrykk har dere av styrenes oppfølging av korttidsutleie?</w:t>
      </w:r>
    </w:p>
    <w:p w14:paraId="1E67F962" w14:textId="12AE52AE" w:rsidR="00DE553A" w:rsidRPr="00FF47AE" w:rsidRDefault="009E6BA7">
      <w:pPr>
        <w:rPr>
          <w:lang w:val="nb-NO"/>
        </w:rPr>
      </w:pPr>
      <w:sdt>
        <w:sdtPr>
          <w:rPr>
            <w:lang w:val="nb-NO"/>
          </w:rPr>
          <w:id w:val="9135897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E7D97" w:rsidRPr="00FF47AE">
            <w:rPr>
              <w:rFonts w:ascii="MS Gothic" w:eastAsia="MS Gothic" w:hAnsi="MS Gothic" w:hint="eastAsia"/>
              <w:lang w:val="nb-NO"/>
            </w:rPr>
            <w:t>☐</w:t>
          </w:r>
        </w:sdtContent>
      </w:sdt>
      <w:r w:rsidR="004E7D97" w:rsidRPr="00FF47AE">
        <w:rPr>
          <w:lang w:val="nb-NO"/>
        </w:rPr>
        <w:t xml:space="preserve"> Styrene følger løpende med på omfanget</w:t>
      </w:r>
      <w:r w:rsidR="004E7D97" w:rsidRPr="00FF47AE">
        <w:rPr>
          <w:lang w:val="nb-NO"/>
        </w:rPr>
        <w:br/>
      </w:r>
      <w:sdt>
        <w:sdtPr>
          <w:rPr>
            <w:lang w:val="nb-NO"/>
          </w:rPr>
          <w:id w:val="4835894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E7D97" w:rsidRPr="00FF47AE">
            <w:rPr>
              <w:rFonts w:ascii="MS Gothic" w:eastAsia="MS Gothic" w:hAnsi="MS Gothic" w:hint="eastAsia"/>
              <w:lang w:val="nb-NO"/>
            </w:rPr>
            <w:t>☐</w:t>
          </w:r>
        </w:sdtContent>
      </w:sdt>
      <w:r w:rsidR="004E7D97" w:rsidRPr="00FF47AE">
        <w:rPr>
          <w:lang w:val="nb-NO"/>
        </w:rPr>
        <w:t xml:space="preserve"> Styrene følger hovedsakelig opp ved mistanke om regelbrudd</w:t>
      </w:r>
      <w:r w:rsidR="004E7D97" w:rsidRPr="00FF47AE">
        <w:rPr>
          <w:lang w:val="nb-NO"/>
        </w:rPr>
        <w:br/>
      </w:r>
      <w:sdt>
        <w:sdtPr>
          <w:rPr>
            <w:lang w:val="nb-NO"/>
          </w:rPr>
          <w:id w:val="-15647875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E7D97" w:rsidRPr="00FF47AE">
            <w:rPr>
              <w:rFonts w:ascii="MS Gothic" w:eastAsia="MS Gothic" w:hAnsi="MS Gothic" w:hint="eastAsia"/>
              <w:lang w:val="nb-NO"/>
            </w:rPr>
            <w:t>☐</w:t>
          </w:r>
        </w:sdtContent>
      </w:sdt>
      <w:r w:rsidR="004E7D97" w:rsidRPr="00FF47AE">
        <w:rPr>
          <w:lang w:val="nb-NO"/>
        </w:rPr>
        <w:t xml:space="preserve"> Det varierer mellom styrene</w:t>
      </w:r>
      <w:r w:rsidR="004E7D97" w:rsidRPr="00FF47AE">
        <w:rPr>
          <w:lang w:val="nb-NO"/>
        </w:rPr>
        <w:br/>
      </w:r>
      <w:sdt>
        <w:sdtPr>
          <w:rPr>
            <w:lang w:val="nb-NO"/>
          </w:rPr>
          <w:id w:val="2974963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E7D97" w:rsidRPr="00FF47AE">
            <w:rPr>
              <w:rFonts w:ascii="MS Gothic" w:eastAsia="MS Gothic" w:hAnsi="MS Gothic" w:hint="eastAsia"/>
              <w:lang w:val="nb-NO"/>
            </w:rPr>
            <w:t>☐</w:t>
          </w:r>
        </w:sdtContent>
      </w:sdt>
      <w:r w:rsidR="004E7D97" w:rsidRPr="00FF47AE">
        <w:rPr>
          <w:lang w:val="nb-NO"/>
        </w:rPr>
        <w:t xml:space="preserve"> Vet ikke</w:t>
      </w:r>
    </w:p>
    <w:p w14:paraId="45411851" w14:textId="54CAF2DB" w:rsidR="00DE553A" w:rsidRPr="00FF47AE" w:rsidRDefault="004F53A2">
      <w:pPr>
        <w:rPr>
          <w:lang w:val="nb-NO"/>
        </w:rPr>
      </w:pPr>
      <w:r w:rsidRPr="00FF47AE">
        <w:rPr>
          <w:lang w:val="nb-NO"/>
        </w:rPr>
        <w:t xml:space="preserve">Kommentar: </w:t>
      </w:r>
    </w:p>
    <w:p w14:paraId="39AF695D" w14:textId="77777777" w:rsidR="008B31A5" w:rsidRPr="00FF47AE" w:rsidRDefault="008B31A5">
      <w:pPr>
        <w:rPr>
          <w:lang w:val="nb-NO"/>
        </w:rPr>
      </w:pPr>
    </w:p>
    <w:p w14:paraId="6FA35010" w14:textId="77777777" w:rsidR="008B31A5" w:rsidRPr="00FF47AE" w:rsidRDefault="008B31A5">
      <w:pPr>
        <w:rPr>
          <w:lang w:val="nb-NO"/>
        </w:rPr>
      </w:pPr>
    </w:p>
    <w:p w14:paraId="1DD79A08" w14:textId="77777777" w:rsidR="008B31A5" w:rsidRPr="00FF47AE" w:rsidRDefault="008B31A5">
      <w:pPr>
        <w:rPr>
          <w:lang w:val="nb-NO"/>
        </w:rPr>
      </w:pPr>
    </w:p>
    <w:p w14:paraId="0E6D5363" w14:textId="77777777" w:rsidR="008B31A5" w:rsidRPr="00FF47AE" w:rsidRDefault="008B31A5">
      <w:pPr>
        <w:rPr>
          <w:lang w:val="nb-NO"/>
        </w:rPr>
      </w:pPr>
    </w:p>
    <w:p w14:paraId="7D29E330" w14:textId="77777777" w:rsidR="00C73014" w:rsidRPr="00FF47AE" w:rsidRDefault="00C73014">
      <w:pPr>
        <w:rPr>
          <w:lang w:val="nb-NO"/>
        </w:rPr>
      </w:pPr>
    </w:p>
    <w:p w14:paraId="5C3FDA46" w14:textId="77777777" w:rsidR="00DE553A" w:rsidRPr="00FF47AE" w:rsidRDefault="004F53A2">
      <w:pPr>
        <w:rPr>
          <w:lang w:val="nb-NO"/>
        </w:rPr>
      </w:pPr>
      <w:r w:rsidRPr="00FF47AE">
        <w:rPr>
          <w:b/>
          <w:lang w:val="nb-NO"/>
        </w:rPr>
        <w:lastRenderedPageBreak/>
        <w:t>6a. Når styret mistenker at en bolig leies ut i strid med reglene om korttidsutleie, hvor ofte følges dette opp?</w:t>
      </w:r>
    </w:p>
    <w:p w14:paraId="3ED60340" w14:textId="2210CA6C" w:rsidR="00DE553A" w:rsidRPr="00FF47AE" w:rsidRDefault="009E6BA7">
      <w:pPr>
        <w:rPr>
          <w:lang w:val="nb-NO"/>
        </w:rPr>
      </w:pPr>
      <w:sdt>
        <w:sdtPr>
          <w:rPr>
            <w:lang w:val="nb-NO"/>
          </w:rPr>
          <w:id w:val="-9066036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E7D97" w:rsidRPr="00FF47AE">
            <w:rPr>
              <w:rFonts w:ascii="MS Gothic" w:eastAsia="MS Gothic" w:hAnsi="MS Gothic" w:hint="eastAsia"/>
              <w:lang w:val="nb-NO"/>
            </w:rPr>
            <w:t>☐</w:t>
          </w:r>
        </w:sdtContent>
      </w:sdt>
      <w:r w:rsidR="004E7D97" w:rsidRPr="00FF47AE">
        <w:rPr>
          <w:lang w:val="nb-NO"/>
        </w:rPr>
        <w:t xml:space="preserve"> Alltid eller nesten alltid</w:t>
      </w:r>
      <w:r w:rsidR="004E7D97" w:rsidRPr="00FF47AE">
        <w:rPr>
          <w:lang w:val="nb-NO"/>
        </w:rPr>
        <w:br/>
      </w:r>
      <w:sdt>
        <w:sdtPr>
          <w:rPr>
            <w:lang w:val="nb-NO"/>
          </w:rPr>
          <w:id w:val="18308662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E7D97" w:rsidRPr="00FF47AE">
            <w:rPr>
              <w:rFonts w:ascii="MS Gothic" w:eastAsia="MS Gothic" w:hAnsi="MS Gothic" w:hint="eastAsia"/>
              <w:lang w:val="nb-NO"/>
            </w:rPr>
            <w:t>☐</w:t>
          </w:r>
        </w:sdtContent>
      </w:sdt>
      <w:r w:rsidR="004E7D97" w:rsidRPr="00FF47AE">
        <w:rPr>
          <w:lang w:val="nb-NO"/>
        </w:rPr>
        <w:t xml:space="preserve"> Som regel</w:t>
      </w:r>
      <w:r w:rsidR="004E7D97" w:rsidRPr="00FF47AE">
        <w:rPr>
          <w:lang w:val="nb-NO"/>
        </w:rPr>
        <w:br/>
      </w:r>
      <w:sdt>
        <w:sdtPr>
          <w:rPr>
            <w:lang w:val="nb-NO"/>
          </w:rPr>
          <w:id w:val="-3437052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E7D97" w:rsidRPr="00FF47AE">
            <w:rPr>
              <w:rFonts w:ascii="MS Gothic" w:eastAsia="MS Gothic" w:hAnsi="MS Gothic" w:hint="eastAsia"/>
              <w:lang w:val="nb-NO"/>
            </w:rPr>
            <w:t>☐</w:t>
          </w:r>
        </w:sdtContent>
      </w:sdt>
      <w:r w:rsidR="004E7D97" w:rsidRPr="00FF47AE">
        <w:rPr>
          <w:lang w:val="nb-NO"/>
        </w:rPr>
        <w:t xml:space="preserve"> Av og til</w:t>
      </w:r>
      <w:r w:rsidR="004E7D97" w:rsidRPr="00FF47AE">
        <w:rPr>
          <w:lang w:val="nb-NO"/>
        </w:rPr>
        <w:br/>
      </w:r>
      <w:sdt>
        <w:sdtPr>
          <w:rPr>
            <w:lang w:val="nb-NO"/>
          </w:rPr>
          <w:id w:val="-3572018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E7D97" w:rsidRPr="00FF47AE">
            <w:rPr>
              <w:rFonts w:ascii="MS Gothic" w:eastAsia="MS Gothic" w:hAnsi="MS Gothic" w:hint="eastAsia"/>
              <w:lang w:val="nb-NO"/>
            </w:rPr>
            <w:t>☐</w:t>
          </w:r>
        </w:sdtContent>
      </w:sdt>
      <w:r w:rsidR="004E7D97" w:rsidRPr="00FF47AE">
        <w:rPr>
          <w:lang w:val="nb-NO"/>
        </w:rPr>
        <w:t xml:space="preserve"> Sjelden</w:t>
      </w:r>
      <w:r w:rsidR="004E7D97" w:rsidRPr="00FF47AE">
        <w:rPr>
          <w:lang w:val="nb-NO"/>
        </w:rPr>
        <w:br/>
      </w:r>
      <w:sdt>
        <w:sdtPr>
          <w:rPr>
            <w:lang w:val="nb-NO"/>
          </w:rPr>
          <w:id w:val="20152585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E7D97" w:rsidRPr="00FF47AE">
            <w:rPr>
              <w:rFonts w:ascii="MS Gothic" w:eastAsia="MS Gothic" w:hAnsi="MS Gothic" w:hint="eastAsia"/>
              <w:lang w:val="nb-NO"/>
            </w:rPr>
            <w:t>☐</w:t>
          </w:r>
        </w:sdtContent>
      </w:sdt>
      <w:r w:rsidR="004E7D97" w:rsidRPr="00FF47AE">
        <w:rPr>
          <w:lang w:val="nb-NO"/>
        </w:rPr>
        <w:t xml:space="preserve"> Aldri</w:t>
      </w:r>
      <w:r w:rsidR="004E7D97" w:rsidRPr="00FF47AE">
        <w:rPr>
          <w:lang w:val="nb-NO"/>
        </w:rPr>
        <w:br/>
      </w:r>
      <w:sdt>
        <w:sdtPr>
          <w:rPr>
            <w:lang w:val="nb-NO"/>
          </w:rPr>
          <w:id w:val="-14194736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E7D97" w:rsidRPr="00FF47AE">
            <w:rPr>
              <w:rFonts w:ascii="MS Gothic" w:eastAsia="MS Gothic" w:hAnsi="MS Gothic" w:hint="eastAsia"/>
              <w:lang w:val="nb-NO"/>
            </w:rPr>
            <w:t>☐</w:t>
          </w:r>
        </w:sdtContent>
      </w:sdt>
      <w:r w:rsidR="004E7D97" w:rsidRPr="00FF47AE">
        <w:rPr>
          <w:lang w:val="nb-NO"/>
        </w:rPr>
        <w:t xml:space="preserve"> Vet ikke</w:t>
      </w:r>
    </w:p>
    <w:p w14:paraId="6C58AD8D" w14:textId="1324C75F" w:rsidR="00DE553A" w:rsidRPr="00FF47AE" w:rsidRDefault="004F53A2">
      <w:pPr>
        <w:rPr>
          <w:lang w:val="nb-NO"/>
        </w:rPr>
      </w:pPr>
      <w:r w:rsidRPr="00FF47AE">
        <w:rPr>
          <w:lang w:val="nb-NO"/>
        </w:rPr>
        <w:t xml:space="preserve">Kommentar: </w:t>
      </w:r>
    </w:p>
    <w:p w14:paraId="3944403D" w14:textId="77777777" w:rsidR="008B31A5" w:rsidRPr="00FF47AE" w:rsidRDefault="008B31A5">
      <w:pPr>
        <w:rPr>
          <w:lang w:val="nb-NO"/>
        </w:rPr>
      </w:pPr>
    </w:p>
    <w:p w14:paraId="3259F357" w14:textId="77777777" w:rsidR="008705CF" w:rsidRPr="00FF47AE" w:rsidRDefault="008705CF">
      <w:pPr>
        <w:rPr>
          <w:lang w:val="nb-NO"/>
        </w:rPr>
      </w:pPr>
    </w:p>
    <w:p w14:paraId="4BBD43E7" w14:textId="77777777" w:rsidR="008B31A5" w:rsidRPr="00FF47AE" w:rsidRDefault="008B31A5">
      <w:pPr>
        <w:rPr>
          <w:lang w:val="nb-NO"/>
        </w:rPr>
      </w:pPr>
    </w:p>
    <w:p w14:paraId="6DB3C225" w14:textId="4EAE1A86" w:rsidR="00DE553A" w:rsidRPr="00FF47AE" w:rsidRDefault="004F53A2">
      <w:pPr>
        <w:rPr>
          <w:lang w:val="nb-NO"/>
        </w:rPr>
      </w:pPr>
      <w:r w:rsidRPr="00FF47AE">
        <w:rPr>
          <w:b/>
          <w:lang w:val="nb-NO"/>
        </w:rPr>
        <w:t>6b. Dersom slike saker ikke følges opp, hva er de vanligste årsakene</w:t>
      </w:r>
      <w:r w:rsidR="004C039A">
        <w:rPr>
          <w:b/>
          <w:lang w:val="nb-NO"/>
        </w:rPr>
        <w:t xml:space="preserve"> (flere kryss er mulig)</w:t>
      </w:r>
      <w:r w:rsidRPr="00FF47AE">
        <w:rPr>
          <w:b/>
          <w:lang w:val="nb-NO"/>
        </w:rPr>
        <w:t>?</w:t>
      </w:r>
    </w:p>
    <w:p w14:paraId="70F3465B" w14:textId="36E2C445" w:rsidR="00DE553A" w:rsidRPr="00FF47AE" w:rsidRDefault="009E6BA7">
      <w:pPr>
        <w:rPr>
          <w:lang w:val="nb-NO"/>
        </w:rPr>
      </w:pPr>
      <w:sdt>
        <w:sdtPr>
          <w:rPr>
            <w:lang w:val="nb-NO"/>
          </w:rPr>
          <w:id w:val="-13272785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E7D97" w:rsidRPr="00FF47AE">
            <w:rPr>
              <w:rFonts w:ascii="MS Gothic" w:eastAsia="MS Gothic" w:hAnsi="MS Gothic" w:hint="eastAsia"/>
              <w:lang w:val="nb-NO"/>
            </w:rPr>
            <w:t>☐</w:t>
          </w:r>
        </w:sdtContent>
      </w:sdt>
      <w:r w:rsidR="004E7D97" w:rsidRPr="00FF47AE">
        <w:rPr>
          <w:lang w:val="nb-NO"/>
        </w:rPr>
        <w:t xml:space="preserve"> Manglende dokumentasjon eller bevis</w:t>
      </w:r>
      <w:r w:rsidR="004E7D97" w:rsidRPr="00FF47AE">
        <w:rPr>
          <w:lang w:val="nb-NO"/>
        </w:rPr>
        <w:br/>
      </w:r>
      <w:sdt>
        <w:sdtPr>
          <w:rPr>
            <w:lang w:val="nb-NO"/>
          </w:rPr>
          <w:id w:val="-11085082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E7D97" w:rsidRPr="00FF47AE">
            <w:rPr>
              <w:rFonts w:ascii="MS Gothic" w:eastAsia="MS Gothic" w:hAnsi="MS Gothic" w:hint="eastAsia"/>
              <w:lang w:val="nb-NO"/>
            </w:rPr>
            <w:t>☐</w:t>
          </w:r>
        </w:sdtContent>
      </w:sdt>
      <w:r w:rsidR="004E7D97" w:rsidRPr="00FF47AE">
        <w:rPr>
          <w:lang w:val="nb-NO"/>
        </w:rPr>
        <w:t xml:space="preserve"> Regelverket oppleves som vanskelig å håndheve</w:t>
      </w:r>
      <w:r w:rsidR="004E7D97" w:rsidRPr="00FF47AE">
        <w:rPr>
          <w:lang w:val="nb-NO"/>
        </w:rPr>
        <w:br/>
      </w:r>
      <w:sdt>
        <w:sdtPr>
          <w:rPr>
            <w:lang w:val="nb-NO"/>
          </w:rPr>
          <w:id w:val="-531689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E7D97" w:rsidRPr="00FF47AE">
            <w:rPr>
              <w:rFonts w:ascii="MS Gothic" w:eastAsia="MS Gothic" w:hAnsi="MS Gothic" w:hint="eastAsia"/>
              <w:lang w:val="nb-NO"/>
            </w:rPr>
            <w:t>☐</w:t>
          </w:r>
        </w:sdtContent>
      </w:sdt>
      <w:r w:rsidR="004E7D97" w:rsidRPr="00FF47AE">
        <w:rPr>
          <w:lang w:val="nb-NO"/>
        </w:rPr>
        <w:t xml:space="preserve"> Manglende ressurser eller kapasitet</w:t>
      </w:r>
      <w:r w:rsidR="004E7D97" w:rsidRPr="00FF47AE">
        <w:rPr>
          <w:lang w:val="nb-NO"/>
        </w:rPr>
        <w:br/>
      </w:r>
      <w:sdt>
        <w:sdtPr>
          <w:rPr>
            <w:lang w:val="nb-NO"/>
          </w:rPr>
          <w:id w:val="-491178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E7D97" w:rsidRPr="00FF47AE">
            <w:rPr>
              <w:rFonts w:ascii="MS Gothic" w:eastAsia="MS Gothic" w:hAnsi="MS Gothic" w:hint="eastAsia"/>
              <w:lang w:val="nb-NO"/>
            </w:rPr>
            <w:t>☐</w:t>
          </w:r>
        </w:sdtContent>
      </w:sdt>
      <w:r w:rsidR="004E7D97" w:rsidRPr="00FF47AE">
        <w:rPr>
          <w:lang w:val="nb-NO"/>
        </w:rPr>
        <w:t xml:space="preserve"> Usikkerhet om regelverket</w:t>
      </w:r>
      <w:r w:rsidR="004E7D97" w:rsidRPr="00FF47AE">
        <w:rPr>
          <w:lang w:val="nb-NO"/>
        </w:rPr>
        <w:br/>
      </w:r>
      <w:sdt>
        <w:sdtPr>
          <w:rPr>
            <w:lang w:val="nb-NO"/>
          </w:rPr>
          <w:id w:val="9703323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E7D97" w:rsidRPr="00FF47AE">
            <w:rPr>
              <w:rFonts w:ascii="MS Gothic" w:eastAsia="MS Gothic" w:hAnsi="MS Gothic" w:hint="eastAsia"/>
              <w:lang w:val="nb-NO"/>
            </w:rPr>
            <w:t>☐</w:t>
          </w:r>
        </w:sdtContent>
      </w:sdt>
      <w:r w:rsidR="004E7D97" w:rsidRPr="00FF47AE">
        <w:rPr>
          <w:lang w:val="nb-NO"/>
        </w:rPr>
        <w:t xml:space="preserve"> Lav prioritet i styret</w:t>
      </w:r>
      <w:r w:rsidR="004E7D97" w:rsidRPr="00FF47AE">
        <w:rPr>
          <w:lang w:val="nb-NO"/>
        </w:rPr>
        <w:br/>
      </w:r>
      <w:sdt>
        <w:sdtPr>
          <w:rPr>
            <w:lang w:val="nb-NO"/>
          </w:rPr>
          <w:id w:val="-20084310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E7D97" w:rsidRPr="00FF47AE">
            <w:rPr>
              <w:rFonts w:ascii="MS Gothic" w:eastAsia="MS Gothic" w:hAnsi="MS Gothic" w:hint="eastAsia"/>
              <w:lang w:val="nb-NO"/>
            </w:rPr>
            <w:t>☐</w:t>
          </w:r>
        </w:sdtContent>
      </w:sdt>
      <w:r w:rsidR="004E7D97" w:rsidRPr="00FF47AE">
        <w:rPr>
          <w:lang w:val="nb-NO"/>
        </w:rPr>
        <w:t xml:space="preserve"> Ønske om å unngå konflikter</w:t>
      </w:r>
      <w:r w:rsidR="004E7D97" w:rsidRPr="00FF47AE">
        <w:rPr>
          <w:lang w:val="nb-NO"/>
        </w:rPr>
        <w:br/>
      </w:r>
      <w:sdt>
        <w:sdtPr>
          <w:rPr>
            <w:lang w:val="nb-NO"/>
          </w:rPr>
          <w:id w:val="11218801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E7D97" w:rsidRPr="00FF47AE">
            <w:rPr>
              <w:rFonts w:ascii="MS Gothic" w:eastAsia="MS Gothic" w:hAnsi="MS Gothic" w:hint="eastAsia"/>
              <w:lang w:val="nb-NO"/>
            </w:rPr>
            <w:t>☐</w:t>
          </w:r>
        </w:sdtContent>
      </w:sdt>
      <w:r w:rsidR="004E7D97" w:rsidRPr="00FF47AE">
        <w:rPr>
          <w:lang w:val="nb-NO"/>
        </w:rPr>
        <w:t xml:space="preserve"> Annet:</w:t>
      </w:r>
    </w:p>
    <w:p w14:paraId="308A2E3F" w14:textId="34904C41" w:rsidR="00DE553A" w:rsidRPr="00FF47AE" w:rsidRDefault="004F53A2">
      <w:pPr>
        <w:rPr>
          <w:lang w:val="nb-NO"/>
        </w:rPr>
      </w:pPr>
      <w:r w:rsidRPr="00FF47AE">
        <w:rPr>
          <w:lang w:val="nb-NO"/>
        </w:rPr>
        <w:t>Kommentar:</w:t>
      </w:r>
    </w:p>
    <w:p w14:paraId="4E4CF900" w14:textId="77777777" w:rsidR="008B31A5" w:rsidRPr="00FF47AE" w:rsidRDefault="008B31A5">
      <w:pPr>
        <w:rPr>
          <w:lang w:val="nb-NO"/>
        </w:rPr>
      </w:pPr>
    </w:p>
    <w:p w14:paraId="6F1B3FB4" w14:textId="77777777" w:rsidR="008B31A5" w:rsidRPr="00FF47AE" w:rsidRDefault="008B31A5">
      <w:pPr>
        <w:rPr>
          <w:lang w:val="nb-NO"/>
        </w:rPr>
      </w:pPr>
    </w:p>
    <w:p w14:paraId="0524F84B" w14:textId="77777777" w:rsidR="008705CF" w:rsidRPr="00FF47AE" w:rsidRDefault="008705CF">
      <w:pPr>
        <w:rPr>
          <w:lang w:val="nb-NO"/>
        </w:rPr>
      </w:pPr>
    </w:p>
    <w:p w14:paraId="03775D2E" w14:textId="77777777" w:rsidR="00DE553A" w:rsidRPr="00FF47AE" w:rsidRDefault="004F53A2">
      <w:pPr>
        <w:rPr>
          <w:lang w:val="nb-NO"/>
        </w:rPr>
      </w:pPr>
      <w:r w:rsidRPr="00FF47AE">
        <w:rPr>
          <w:b/>
          <w:lang w:val="nb-NO"/>
        </w:rPr>
        <w:t>7. Har dere forslag til tiltak eller endringer i burettslagslova eller eierseksjonsloven som kan gjøre det enklere for styrene å følge opp reglene om korttidsutleie?</w:t>
      </w:r>
    </w:p>
    <w:p w14:paraId="3E134551" w14:textId="0367C3B9" w:rsidR="00DE553A" w:rsidRPr="00FF47AE" w:rsidRDefault="52EA6928">
      <w:pPr>
        <w:rPr>
          <w:lang w:val="nb-NO"/>
        </w:rPr>
      </w:pPr>
      <w:r w:rsidRPr="00FF47AE">
        <w:rPr>
          <w:lang w:val="nb-NO"/>
        </w:rPr>
        <w:t xml:space="preserve">Kommentar: </w:t>
      </w:r>
    </w:p>
    <w:p w14:paraId="2421B125" w14:textId="77777777" w:rsidR="008B31A5" w:rsidRPr="00FF47AE" w:rsidRDefault="008B31A5">
      <w:pPr>
        <w:rPr>
          <w:lang w:val="nb-NO"/>
        </w:rPr>
      </w:pPr>
    </w:p>
    <w:p w14:paraId="73D4E027" w14:textId="77777777" w:rsidR="008B31A5" w:rsidRPr="00FF47AE" w:rsidRDefault="008B31A5">
      <w:pPr>
        <w:rPr>
          <w:lang w:val="nb-NO"/>
        </w:rPr>
      </w:pPr>
    </w:p>
    <w:p w14:paraId="79C52651" w14:textId="77777777" w:rsidR="008705CF" w:rsidRPr="00FF47AE" w:rsidRDefault="008705CF">
      <w:pPr>
        <w:rPr>
          <w:lang w:val="nb-NO"/>
        </w:rPr>
      </w:pPr>
    </w:p>
    <w:p w14:paraId="3DCB8B30" w14:textId="77777777" w:rsidR="00DE553A" w:rsidRPr="00FF47AE" w:rsidRDefault="004F53A2">
      <w:pPr>
        <w:pStyle w:val="Overskrift1"/>
        <w:rPr>
          <w:lang w:val="nb-NO"/>
        </w:rPr>
      </w:pPr>
      <w:r w:rsidRPr="00FF47AE">
        <w:rPr>
          <w:lang w:val="nb-NO"/>
        </w:rPr>
        <w:lastRenderedPageBreak/>
        <w:t>Avsluttende kommentarer</w:t>
      </w:r>
    </w:p>
    <w:p w14:paraId="2998F7F2" w14:textId="704AA3EE" w:rsidR="00DE553A" w:rsidRPr="00FF47AE" w:rsidRDefault="004F53A2">
      <w:pPr>
        <w:rPr>
          <w:lang w:val="nb-NO"/>
        </w:rPr>
      </w:pPr>
      <w:r w:rsidRPr="00FF47AE">
        <w:rPr>
          <w:lang w:val="nb-NO"/>
        </w:rPr>
        <w:t xml:space="preserve">Har dere øvrige erfaringer, observasjoner eller synspunkter knyttet til korttidsutleie som kan være relevante for </w:t>
      </w:r>
      <w:r w:rsidR="004C039A">
        <w:rPr>
          <w:lang w:val="nb-NO"/>
        </w:rPr>
        <w:t xml:space="preserve">departementets </w:t>
      </w:r>
      <w:r w:rsidRPr="00FF47AE">
        <w:rPr>
          <w:lang w:val="nb-NO"/>
        </w:rPr>
        <w:t>arbeid?</w:t>
      </w:r>
    </w:p>
    <w:p w14:paraId="40625E37" w14:textId="3ECC2FE7" w:rsidR="00DE553A" w:rsidRDefault="004F53A2">
      <w:r>
        <w:t>Kommentar:</w:t>
      </w:r>
    </w:p>
    <w:sectPr w:rsidR="00DE553A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merertliste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merertliste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ktlist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ktlist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merertliste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ktlist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93805291">
    <w:abstractNumId w:val="8"/>
  </w:num>
  <w:num w:numId="2" w16cid:durableId="983898574">
    <w:abstractNumId w:val="6"/>
  </w:num>
  <w:num w:numId="3" w16cid:durableId="1581063995">
    <w:abstractNumId w:val="5"/>
  </w:num>
  <w:num w:numId="4" w16cid:durableId="520244185">
    <w:abstractNumId w:val="4"/>
  </w:num>
  <w:num w:numId="5" w16cid:durableId="1249997678">
    <w:abstractNumId w:val="7"/>
  </w:num>
  <w:num w:numId="6" w16cid:durableId="829298347">
    <w:abstractNumId w:val="3"/>
  </w:num>
  <w:num w:numId="7" w16cid:durableId="155610828">
    <w:abstractNumId w:val="2"/>
  </w:num>
  <w:num w:numId="8" w16cid:durableId="346492956">
    <w:abstractNumId w:val="1"/>
  </w:num>
  <w:num w:numId="9" w16cid:durableId="19809610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313A"/>
    <w:rsid w:val="00034616"/>
    <w:rsid w:val="0006063C"/>
    <w:rsid w:val="0015074B"/>
    <w:rsid w:val="0029639D"/>
    <w:rsid w:val="00326F90"/>
    <w:rsid w:val="00375449"/>
    <w:rsid w:val="004C039A"/>
    <w:rsid w:val="004E7D97"/>
    <w:rsid w:val="004F53A2"/>
    <w:rsid w:val="00592A0E"/>
    <w:rsid w:val="008705CF"/>
    <w:rsid w:val="008B31A5"/>
    <w:rsid w:val="00AA1D8D"/>
    <w:rsid w:val="00AC4062"/>
    <w:rsid w:val="00B47730"/>
    <w:rsid w:val="00C73014"/>
    <w:rsid w:val="00CB0664"/>
    <w:rsid w:val="00D14571"/>
    <w:rsid w:val="00D32FFA"/>
    <w:rsid w:val="00DE553A"/>
    <w:rsid w:val="00E24DE9"/>
    <w:rsid w:val="00FC693F"/>
    <w:rsid w:val="00FF47AE"/>
    <w:rsid w:val="10490FB3"/>
    <w:rsid w:val="52EA6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30"/>
  <w15:docId w15:val="{3A1E2618-6E45-4C54-8D65-2D36DCA09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Overskrift1">
    <w:name w:val="heading 1"/>
    <w:basedOn w:val="Normal"/>
    <w:next w:val="Normal"/>
    <w:link w:val="Overskrift1Teg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E618BF"/>
  </w:style>
  <w:style w:type="paragraph" w:styleId="Bunntekst">
    <w:name w:val="footer"/>
    <w:basedOn w:val="Normal"/>
    <w:link w:val="Bunntekst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E618BF"/>
  </w:style>
  <w:style w:type="paragraph" w:styleId="Ingenmellomrom">
    <w:name w:val="No Spacing"/>
    <w:uiPriority w:val="1"/>
    <w:qFormat/>
    <w:rsid w:val="00FC693F"/>
    <w:pPr>
      <w:spacing w:after="0" w:line="240" w:lineRule="auto"/>
    </w:pPr>
  </w:style>
  <w:style w:type="character" w:customStyle="1" w:styleId="Overskrift1Tegn">
    <w:name w:val="Overskrift 1 Tegn"/>
    <w:basedOn w:val="Standardskriftforavsnitt"/>
    <w:link w:val="Oversk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tel">
    <w:name w:val="Title"/>
    <w:basedOn w:val="Normal"/>
    <w:next w:val="Normal"/>
    <w:link w:val="TittelTeg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avsnitt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kst">
    <w:name w:val="Body Text"/>
    <w:basedOn w:val="Normal"/>
    <w:link w:val="BrdtekstTegn"/>
    <w:uiPriority w:val="99"/>
    <w:unhideWhenUsed/>
    <w:rsid w:val="00AA1D8D"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99"/>
    <w:rsid w:val="00AA1D8D"/>
  </w:style>
  <w:style w:type="paragraph" w:styleId="Brdtekst2">
    <w:name w:val="Body Text 2"/>
    <w:basedOn w:val="Normal"/>
    <w:link w:val="Brdtekst2Tegn"/>
    <w:uiPriority w:val="99"/>
    <w:unhideWhenUsed/>
    <w:rsid w:val="00AA1D8D"/>
    <w:pPr>
      <w:spacing w:after="120" w:line="480" w:lineRule="auto"/>
    </w:pPr>
  </w:style>
  <w:style w:type="character" w:customStyle="1" w:styleId="Brdtekst2Tegn">
    <w:name w:val="Brødtekst 2 Tegn"/>
    <w:basedOn w:val="Standardskriftforavsnitt"/>
    <w:link w:val="Brdtekst2"/>
    <w:uiPriority w:val="99"/>
    <w:rsid w:val="00AA1D8D"/>
  </w:style>
  <w:style w:type="paragraph" w:styleId="Brdtekst3">
    <w:name w:val="Body Text 3"/>
    <w:basedOn w:val="Normal"/>
    <w:link w:val="Brdtekst3Teg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foravsnitt"/>
    <w:link w:val="Brdtekst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Punktlist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Punktlist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Punktlist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merertliste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merertliste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merertliste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-forts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-forts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-forts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tekst">
    <w:name w:val="macro"/>
    <w:link w:val="MakrotekstTeg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tTegn">
    <w:name w:val="Makrotekst Tegn"/>
    <w:basedOn w:val="Standardskriftforavsnitt"/>
    <w:link w:val="Makrotekst"/>
    <w:uiPriority w:val="99"/>
    <w:rsid w:val="0029639D"/>
    <w:rPr>
      <w:rFonts w:ascii="Courier" w:hAnsi="Courier"/>
      <w:sz w:val="20"/>
      <w:szCs w:val="20"/>
    </w:rPr>
  </w:style>
  <w:style w:type="paragraph" w:styleId="Sitat">
    <w:name w:val="Quote"/>
    <w:basedOn w:val="Normal"/>
    <w:next w:val="Normal"/>
    <w:link w:val="SitatTegn"/>
    <w:uiPriority w:val="29"/>
    <w:qFormat/>
    <w:rsid w:val="00FC693F"/>
    <w:rPr>
      <w:i/>
      <w:iCs/>
      <w:color w:val="000000" w:themeColor="text1"/>
    </w:rPr>
  </w:style>
  <w:style w:type="character" w:customStyle="1" w:styleId="SitatTegn">
    <w:name w:val="Sitat Tegn"/>
    <w:basedOn w:val="Standardskriftforavsnitt"/>
    <w:link w:val="Sitat"/>
    <w:uiPriority w:val="29"/>
    <w:rsid w:val="00FC693F"/>
    <w:rPr>
      <w:i/>
      <w:iCs/>
      <w:color w:val="000000" w:themeColor="text1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ldetekst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erk">
    <w:name w:val="Strong"/>
    <w:basedOn w:val="Standardskriftforavsnitt"/>
    <w:uiPriority w:val="22"/>
    <w:qFormat/>
    <w:rsid w:val="00FC693F"/>
    <w:rPr>
      <w:b/>
      <w:bCs/>
    </w:rPr>
  </w:style>
  <w:style w:type="character" w:styleId="Utheving">
    <w:name w:val="Emphasis"/>
    <w:basedOn w:val="Standardskriftforavsnitt"/>
    <w:uiPriority w:val="20"/>
    <w:qFormat/>
    <w:rsid w:val="00FC693F"/>
    <w:rPr>
      <w:i/>
      <w:iCs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FC693F"/>
    <w:rPr>
      <w:b/>
      <w:bCs/>
      <w:i/>
      <w:iCs/>
      <w:color w:val="4F81BD" w:themeColor="accent1"/>
    </w:rPr>
  </w:style>
  <w:style w:type="character" w:styleId="Svakutheving">
    <w:name w:val="Subtle Emphasis"/>
    <w:basedOn w:val="Standardskriftforavsnitt"/>
    <w:uiPriority w:val="19"/>
    <w:qFormat/>
    <w:rsid w:val="00FC693F"/>
    <w:rPr>
      <w:i/>
      <w:iCs/>
      <w:color w:val="808080" w:themeColor="text1" w:themeTint="7F"/>
    </w:rPr>
  </w:style>
  <w:style w:type="character" w:styleId="Sterkutheving">
    <w:name w:val="Intense Emphasis"/>
    <w:basedOn w:val="Standardskriftforavsnitt"/>
    <w:uiPriority w:val="21"/>
    <w:qFormat/>
    <w:rsid w:val="00FC693F"/>
    <w:rPr>
      <w:b/>
      <w:bCs/>
      <w:i/>
      <w:iCs/>
      <w:color w:val="4F81BD" w:themeColor="accent1"/>
    </w:rPr>
  </w:style>
  <w:style w:type="character" w:styleId="Svakreferanse">
    <w:name w:val="Subtle Reference"/>
    <w:basedOn w:val="Standardskriftforavsnitt"/>
    <w:uiPriority w:val="31"/>
    <w:qFormat/>
    <w:rsid w:val="00FC693F"/>
    <w:rPr>
      <w:smallCaps/>
      <w:color w:val="C0504D" w:themeColor="accent2"/>
      <w:u w:val="single"/>
    </w:rPr>
  </w:style>
  <w:style w:type="character" w:styleId="Sterkreferanse">
    <w:name w:val="Intense Reference"/>
    <w:basedOn w:val="Standardskriftforavsnit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ktittel">
    <w:name w:val="Book Title"/>
    <w:basedOn w:val="Standardskriftforavsnitt"/>
    <w:uiPriority w:val="33"/>
    <w:qFormat/>
    <w:rsid w:val="00FC693F"/>
    <w:rPr>
      <w:b/>
      <w:bCs/>
      <w:smallCaps/>
      <w:spacing w:val="5"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FC693F"/>
    <w:pPr>
      <w:outlineLvl w:val="9"/>
    </w:pPr>
  </w:style>
  <w:style w:type="table" w:styleId="Tabellrutenett">
    <w:name w:val="Table Grid"/>
    <w:basedOn w:val="Vanligtabel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ysskyggelegging">
    <w:name w:val="Light Shading"/>
    <w:basedOn w:val="Vanligtabel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legginguthevingsfarge1">
    <w:name w:val="Light Shading Accent 1"/>
    <w:basedOn w:val="Vanligtabel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ysskyggelegginguthevingsfarge2">
    <w:name w:val="Light Shading Accent 2"/>
    <w:basedOn w:val="Vanligtabel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ysskyggelegginguthevingsfarge3">
    <w:name w:val="Light Shading Accent 3"/>
    <w:basedOn w:val="Vanligtabel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ysskyggelegginguthevingsfarge4">
    <w:name w:val="Light Shading Accent 4"/>
    <w:basedOn w:val="Vanligtabel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ysskyggelegginguthevingsfarge5">
    <w:name w:val="Light Shading Accent 5"/>
    <w:basedOn w:val="Vanligtabel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ysskyggelegginguthevingsfarge6">
    <w:name w:val="Light Shading Accent 6"/>
    <w:basedOn w:val="Vanligtabel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ysliste">
    <w:name w:val="Light List"/>
    <w:basedOn w:val="Vanlig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uthevingsfarge1">
    <w:name w:val="Light List Accent 1"/>
    <w:basedOn w:val="Vanlig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yslisteuthevingsfarge2">
    <w:name w:val="Light List Accent 2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yslisteuthevingsfarge3">
    <w:name w:val="Light List Accent 3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yslisteuthevingsfarge4">
    <w:name w:val="Light List Accent 4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yslisteuthevingsfarge5">
    <w:name w:val="Light List Accent 5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yslisteuthevingsfarge6">
    <w:name w:val="Light List Accent 6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ystrutenett">
    <w:name w:val="Light Grid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rutenettuthevingsfarge1">
    <w:name w:val="Light Grid Accent 1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ystrutenettuthevingsfarge2">
    <w:name w:val="Light Grid Accent 2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ystrutenettuthevingsfarge3">
    <w:name w:val="Light Grid Accent 3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ystrutenettuthevingsfarge4">
    <w:name w:val="Light Grid Accent 4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ystrutenettuthevingsfarge5">
    <w:name w:val="Light Grid Accent 5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ystrutenettuthevingsfarge6">
    <w:name w:val="Light Grid Accent 6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ddelsskyggelegging1">
    <w:name w:val="Medium Shading 1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1">
    <w:name w:val="Medium Shading 1 Accent 1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2">
    <w:name w:val="Medium Shading 1 Accent 2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3">
    <w:name w:val="Medium Shading 1 Accent 3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4">
    <w:name w:val="Medium Shading 1 Accent 4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5">
    <w:name w:val="Medium Shading 1 Accent 5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6">
    <w:name w:val="Medium Shading 1 Accent 6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">
    <w:name w:val="Medium Shading 2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1">
    <w:name w:val="Medium Shading 2 Accent 1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2">
    <w:name w:val="Medium Shading 2 Accent 2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3">
    <w:name w:val="Medium Shading 2 Accent 3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4">
    <w:name w:val="Medium Shading 2 Accent 4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5">
    <w:name w:val="Medium Shading 2 Accent 5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6">
    <w:name w:val="Medium Shading 2 Accent 6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">
    <w:name w:val="Medium List 1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ddelsliste1uthevingsfarge1">
    <w:name w:val="Medium List 1 Accent 1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ddelsliste1uthevingsfarge2">
    <w:name w:val="Medium List 1 Accent 2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ddelsliste1uthevingsfarge3">
    <w:name w:val="Medium List 1 Accent 3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ddelsliste1uthevingsfarge4">
    <w:name w:val="Medium List 1 Accent 4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ddelsliste1uthevingsfarge5">
    <w:name w:val="Medium List 1 Accent 5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ddelsliste1uthevingsfarge6">
    <w:name w:val="Medium List 1 Accent 6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ddelsliste2">
    <w:name w:val="Medium List 2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1">
    <w:name w:val="Medium List 2 Accent 1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2">
    <w:name w:val="Medium List 2 Accent 2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3">
    <w:name w:val="Medium List 2 Accent 3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4">
    <w:name w:val="Medium List 2 Accent 4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5">
    <w:name w:val="Medium List 2 Accent 5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6">
    <w:name w:val="Medium List 2 Accent 6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">
    <w:name w:val="Medium Grid 1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ddelsrutenett1uthevingsfarge1">
    <w:name w:val="Medium Grid 1 Accent 1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ddelsrutenett1uthevingsfarge2">
    <w:name w:val="Medium Grid 1 Accent 2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ddelsrutenett1uthevingsfarge3">
    <w:name w:val="Medium Grid 1 Accent 3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ddelsrutenett1uthevingsfarge4">
    <w:name w:val="Medium Grid 1 Accent 4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ddelsrutenett1uthevingsfarge5">
    <w:name w:val="Medium Grid 1 Accent 5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ddelsrutenett1uthevingsfarge6">
    <w:name w:val="Medium Grid 1 Accent 6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ddelsrutenett2">
    <w:name w:val="Medium Grid 2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1">
    <w:name w:val="Medium Grid 2 Accent 1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2">
    <w:name w:val="Medium Grid 2 Accent 2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3">
    <w:name w:val="Medium Grid 2 Accent 3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4">
    <w:name w:val="Medium Grid 2 Accent 4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5">
    <w:name w:val="Medium Grid 2 Accent 5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6">
    <w:name w:val="Medium Grid 2 Accent 6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">
    <w:name w:val="Medium Grid 3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ddelsrutenett3uthevingsfarge1">
    <w:name w:val="Medium Grid 3 Accent 1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ddelsrutenett3uthevingsfarge2">
    <w:name w:val="Medium Grid 3 Accent 2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ddelsrutenett3uthevingsfarge3">
    <w:name w:val="Medium Grid 3 Accent 3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ddelsrutenett3uthevingsfarge4">
    <w:name w:val="Medium Grid 3 Accent 4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ddelsrutenett3uthevingsfarge5">
    <w:name w:val="Medium Grid 3 Accent 5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ddelsrutenett3uthevingsfarge6">
    <w:name w:val="Medium Grid 3 Accent 6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e">
    <w:name w:val="Dark List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uthevingsfarge1">
    <w:name w:val="Dark List Accent 1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euthevingsfarge2">
    <w:name w:val="Dark List Accent 2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euthevingsfarge3">
    <w:name w:val="Dark List Accent 3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euthevingsfarge4">
    <w:name w:val="Dark List Accent 4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euthevingsfarge5">
    <w:name w:val="Dark List Accent 5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euthevingsfarge6">
    <w:name w:val="Dark List Accent 6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gerikskyggelegging">
    <w:name w:val="Colorful Shading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1">
    <w:name w:val="Colorful Shading Accent 1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2">
    <w:name w:val="Colorful Shading Accent 2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3">
    <w:name w:val="Colorful Shading Accent 3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gerikskyggelegginguthevingsfarge4">
    <w:name w:val="Colorful Shading Accent 4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5">
    <w:name w:val="Colorful Shading Accent 5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6">
    <w:name w:val="Colorful Shading Accent 6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">
    <w:name w:val="Colorful List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geriklisteuthevingsfarge1">
    <w:name w:val="Colorful List Accent 1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geriklisteuthevingsfarge2">
    <w:name w:val="Colorful List Accent 2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geriklisteuthevingsfarge3">
    <w:name w:val="Colorful List Accent 3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geriklisteuthevingsfarge4">
    <w:name w:val="Colorful List Accent 4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geriklisteuthevingsfarge5">
    <w:name w:val="Colorful List Accent 5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geriklisteuthevingsfarge6">
    <w:name w:val="Colorful List Accent 6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geriktrutenett">
    <w:name w:val="Colorful Grid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geriktrutenettuthevingsfarge1">
    <w:name w:val="Colorful Grid Accent 1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geriktrutenettuthevingsfarge2">
    <w:name w:val="Colorful Grid Accent 2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geriktrutenettuthevingsfarge3">
    <w:name w:val="Colorful Grid Accent 3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geriktrutenettuthevingsfarge4">
    <w:name w:val="Colorful Grid Accent 4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geriktrutenettuthevingsfarge5">
    <w:name w:val="Colorful Grid Accent 5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geriktrutenettuthevingsfarge6">
    <w:name w:val="Colorful Grid Accent 6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Revisjon">
    <w:name w:val="Revision"/>
    <w:hidden/>
    <w:uiPriority w:val="99"/>
    <w:semiHidden/>
    <w:rsid w:val="00FF47AE"/>
    <w:pPr>
      <w:spacing w:after="0" w:line="240" w:lineRule="auto"/>
    </w:pPr>
  </w:style>
  <w:style w:type="character" w:styleId="Merknadsreferanse">
    <w:name w:val="annotation reference"/>
    <w:basedOn w:val="Standardskriftforavsnitt"/>
    <w:uiPriority w:val="99"/>
    <w:semiHidden/>
    <w:unhideWhenUsed/>
    <w:rsid w:val="00FF47AE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FF47AE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FF47AE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FF47AE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FF47A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>
  <header/>
  <properties>
    <showHiddenMark>False</showHiddenMark>
    <templateURI>docx</templateURI>
    <mutualMergeSupport>False</mutualMergeSupport>
    <mergeMode>MergeOne</mergeMode>
    <language/>
    <websakInfo>
      <fletteDato>16.09.2026</fletteDato>
      <sakid>2022027025</sakid>
      <jpid>2022154571</jpid>
      <filUnique/>
      <filChecksumFørFlett/>
      <erHoveddokument>False</erHoveddokument>
      <dcTitle>Spørreundersøkelse - korttidsutleie i borettslag og eierseksjonssameier</dcTitle>
    </websakInfo>
  </properties>
  <body/>
  <footer/>
</document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375</Words>
  <Characters>2287</Characters>
  <Application>Microsoft Office Word</Application>
  <DocSecurity>0</DocSecurity>
  <Lines>99</Lines>
  <Paragraphs>40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Spørreundersøkelse - korttidsutleie i borettslag og eierseksjonssameier</dc:title>
  <dc:subject/>
  <dc:creator>Møkkelgjerd Anna Margrethe Hansen</dc:creator>
  <cp:keywords/>
  <dc:description>generated by python-docx</dc:description>
  <cp:lastModifiedBy>Anna Margrethe Hansen Møkkelgjerd</cp:lastModifiedBy>
  <cp:revision>7</cp:revision>
  <dcterms:created xsi:type="dcterms:W3CDTF">2026-08-24T13:29:00Z</dcterms:created>
  <dcterms:modified xsi:type="dcterms:W3CDTF">2026-09-21T11:14:00Z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7a0defb-d95a-4801-9cac-afdefc91cdbd_Enabled">
    <vt:lpwstr>true</vt:lpwstr>
  </property>
  <property fmtid="{D5CDD505-2E9C-101B-9397-08002B2CF9AE}" pid="3" name="MSIP_Label_b7a0defb-d95a-4801-9cac-afdefc91cdbd_SetDate">
    <vt:lpwstr>2026-08-24T13:24:29Z</vt:lpwstr>
  </property>
  <property fmtid="{D5CDD505-2E9C-101B-9397-08002B2CF9AE}" pid="4" name="MSIP_Label_b7a0defb-d95a-4801-9cac-afdefc91cdbd_Method">
    <vt:lpwstr>Standard</vt:lpwstr>
  </property>
  <property fmtid="{D5CDD505-2E9C-101B-9397-08002B2CF9AE}" pid="5" name="MSIP_Label_b7a0defb-d95a-4801-9cac-afdefc91cdbd_Name">
    <vt:lpwstr>Intern (KDD)</vt:lpwstr>
  </property>
  <property fmtid="{D5CDD505-2E9C-101B-9397-08002B2CF9AE}" pid="6" name="MSIP_Label_b7a0defb-d95a-4801-9cac-afdefc91cdbd_SiteId">
    <vt:lpwstr>f696e186-1c3b-44cd-bf76-5ace0e7007bd</vt:lpwstr>
  </property>
  <property fmtid="{D5CDD505-2E9C-101B-9397-08002B2CF9AE}" pid="7" name="MSIP_Label_b7a0defb-d95a-4801-9cac-afdefc91cdbd_ActionId">
    <vt:lpwstr>d2d6442a-3e62-4868-bd51-b81a2c87fa02</vt:lpwstr>
  </property>
  <property fmtid="{D5CDD505-2E9C-101B-9397-08002B2CF9AE}" pid="8" name="MSIP_Label_b7a0defb-d95a-4801-9cac-afdefc91cdbd_ContentBits">
    <vt:lpwstr>0</vt:lpwstr>
  </property>
</Properties>
</file>